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Grace and Purpose Home Entrance Application</w:t>
      </w:r>
    </w:p>
    <w:p>
      <w:pPr>
        <w:pStyle w:val="Subtitle"/>
      </w:pPr>
      <w:r>
        <w:t>GAP House</w:t>
      </w:r>
    </w:p>
    <w:p>
      <w:pPr>
        <w:spacing w:before="340"/>
      </w:pPr>
      <w:r>
        <w:rPr>
          <w:b/>
          <w:sz w:val="18"/>
        </w:rPr>
        <w:t>PLEASE READ BEFORE CONTINUING</w:t>
      </w:r>
    </w:p>
    <w:p>
      <w:pPr>
        <w:pStyle w:val="Heading2"/>
      </w:pPr>
      <w:r>
        <w:t>Program Commitment Statement</w:t>
      </w:r>
    </w:p>
    <w:p>
      <w:pPr>
        <w:keepLines/>
        <w:widowControl/>
        <w:spacing w:line="324" w:lineRule="auto" w:after="280"/>
      </w:pPr>
      <w:r>
        <w:t>Our mission is to make Disciples of Christ, and our recovery process is built entirely on the principles and disciplines of the Bible. Because of this, every Student/Resident must be willing to surrender fully and give 100% to the structure of the program.  If you are unable to be without a romantic relationship, or if you struggle with accountability and correction, this program will not work for you. In fact, you should stop filling out this application now. Recovery requires humility, honesty, and a willingness to be led.  Your way has not worked. That is why you are seeking help. To build a new life, you must be willing to let go of the old one and allow us to guide you into a new way of living.  We have never had a student who fully surrendered to the structure of a program such as ours and failed. Those who fail are the ones who refuse to surrender and try to hold on to their old patterns, old relationships, and old thinking.</w:t>
      </w:r>
    </w:p>
    <w:p>
      <w:pPr>
        <w:keepLines/>
        <w:widowControl/>
      </w:pPr>
      <w:r>
        <w:t>If you are ready to submit, to learn, and to be transformed, then you are ready to continue this application.</w:t>
      </w:r>
    </w:p>
    <w:p>
      <w:pPr>
        <w:spacing w:after="0"/>
      </w:pPr>
      <w:r>
        <w:br w:type="page"/>
      </w:r>
    </w:p>
    <w:p>
      <w:pPr>
        <w:pStyle w:val="Heading1"/>
      </w:pPr>
      <w:r>
        <w:t>Basic Information</w:t>
      </w:r>
    </w:p>
    <w:p>
      <w:pPr>
        <w:keepLines/>
        <w:widowControl/>
      </w:pPr>
      <w:r>
        <w:rPr>
          <w:b/>
        </w:rPr>
        <w:t>Include Photocopy of:</w:t>
      </w:r>
      <w:r>
        <w:t xml:space="preserve"> SS Card / Picture ID / Birth Certificate</w:t>
      </w:r>
    </w:p>
    <w:p>
      <w:pPr>
        <w:keepLines/>
        <w:widowControl/>
      </w:pPr>
      <w:r>
        <w:t>Date ____________</w:t>
      </w:r>
    </w:p>
    <w:p>
      <w:pPr>
        <w:keepLines/>
        <w:widowControl/>
      </w:pPr>
      <w:r>
        <w:t>Full Name (Last) ______________________ (First) _____________________ (Middle) __________</w:t>
      </w:r>
    </w:p>
    <w:p>
      <w:pPr>
        <w:keepLines/>
        <w:widowControl/>
      </w:pPr>
      <w:r>
        <w:rPr>
          <w:b/>
        </w:rPr>
        <w:t>Age:</w:t>
      </w:r>
      <w:r>
        <w:t xml:space="preserve"> ____ Gender: ______ Height: ______ Weight: ______</w:t>
      </w:r>
    </w:p>
    <w:p>
      <w:pPr>
        <w:keepLines/>
        <w:widowControl/>
      </w:pPr>
      <w:r>
        <w:rPr>
          <w:b/>
        </w:rPr>
        <w:t>Street Address:</w:t>
      </w:r>
      <w:r>
        <w:t xml:space="preserve"> ____________________________________ Apt/Unit #: __________</w:t>
      </w:r>
    </w:p>
    <w:p>
      <w:pPr>
        <w:keepLines/>
        <w:widowControl/>
      </w:pPr>
      <w:r>
        <w:rPr>
          <w:b/>
        </w:rPr>
        <w:t>City:</w:t>
      </w:r>
      <w:r>
        <w:t xml:space="preserve"> ____________________________ State: _______ ZIP Code: __________</w:t>
      </w:r>
    </w:p>
    <w:p>
      <w:pPr>
        <w:keepLines/>
        <w:widowControl/>
      </w:pPr>
      <w:r>
        <w:rPr>
          <w:b/>
        </w:rPr>
        <w:t>Phone:</w:t>
      </w:r>
      <w:r>
        <w:t xml:space="preserve"> __________________________ (Cell) (Home) (Other)</w:t>
      </w:r>
    </w:p>
    <w:p>
      <w:pPr>
        <w:keepLines/>
        <w:widowControl/>
      </w:pPr>
      <w:r>
        <w:rPr>
          <w:b/>
        </w:rPr>
        <w:t>Social Security No:</w:t>
      </w:r>
      <w:r>
        <w:t xml:space="preserve"> __________________________ Date of Birth: _____________</w:t>
      </w:r>
    </w:p>
    <w:p>
      <w:pPr>
        <w:keepLines/>
        <w:widowControl/>
      </w:pPr>
      <w:r>
        <w:rPr>
          <w:b/>
        </w:rPr>
        <w:t>City/State/Country of Birth:</w:t>
      </w:r>
      <w:r>
        <w:t xml:space="preserve"> ___________________________________________</w:t>
      </w:r>
    </w:p>
    <w:p>
      <w:pPr>
        <w:keepLines/>
        <w:widowControl/>
      </w:pPr>
      <w:r>
        <w:rPr>
          <w:b/>
        </w:rPr>
        <w:t>ID/Driver’s License Number:</w:t>
      </w:r>
      <w:r>
        <w:t xml:space="preserve"> _______________________ Exp: __________ State: ________</w:t>
      </w:r>
    </w:p>
    <w:p>
      <w:pPr>
        <w:keepLines/>
        <w:widowControl/>
      </w:pPr>
      <w:r>
        <w:rPr>
          <w:b/>
        </w:rPr>
        <w:t>Marital Status:</w:t>
      </w:r>
      <w:r>
        <w:t xml:space="preserve"> M S D W S.P.</w:t>
      </w:r>
    </w:p>
    <w:p>
      <w:pPr>
        <w:keepLines/>
        <w:widowControl/>
      </w:pPr>
      <w:r>
        <w:rPr>
          <w:b/>
        </w:rPr>
        <w:t>Spouse Name:</w:t>
      </w:r>
      <w:r>
        <w:t xml:space="preserve"> __________________________</w:t>
      </w:r>
    </w:p>
    <w:p>
      <w:pPr>
        <w:keepLines/>
        <w:widowControl/>
      </w:pPr>
      <w:r>
        <w:rPr>
          <w:b/>
        </w:rPr>
        <w:t>Emergency Contact:</w:t>
      </w:r>
      <w:r>
        <w:t xml:space="preserve"> _________________________ Phone: ____________________</w:t>
      </w:r>
    </w:p>
    <w:p>
      <w:pPr>
        <w:keepLines/>
        <w:widowControl/>
      </w:pPr>
      <w:r>
        <w:rPr>
          <w:b/>
        </w:rPr>
        <w:t>Names &amp; Ages of Children:</w:t>
      </w:r>
      <w:r>
        <w:t xml:space="preserve"> _____________________________________________________</w:t>
      </w:r>
    </w:p>
    <w:p>
      <w:pPr>
        <w:keepNext/>
        <w:keepLines/>
        <w:widowControl/>
      </w:pPr>
      <w:r>
        <w:rPr>
          <w:b/>
        </w:rPr>
        <w:t>Explain your relationship with your children and their father/guardian:</w:t>
      </w:r>
      <w:r/>
    </w:p>
    <w:p>
      <w:pPr>
        <w:keepNext/>
        <w:spacing w:after="60"/>
      </w:pPr>
      <w:r>
        <w:rPr>
          <w:color w:val="A1AAA8"/>
        </w:rPr>
        <w:t>________________________________________________________________________</w:t>
      </w:r>
    </w:p>
    <w:p>
      <w:pPr>
        <w:keepNext w:val="0"/>
        <w:spacing w:after="60"/>
      </w:pPr>
      <w:r>
        <w:rPr>
          <w:color w:val="A1AAA8"/>
        </w:rPr>
        <w:t>________________________________________________________________________</w:t>
      </w:r>
    </w:p>
    <w:p>
      <w:pPr>
        <w:keepLines/>
        <w:widowControl/>
      </w:pPr>
      <w:r>
        <w:t>How did you hear about Grace and Purpose Home (GAP House)?</w:t>
      </w:r>
    </w:p>
    <w:p>
      <w:pPr>
        <w:keepLines/>
        <w:widowControl/>
      </w:pPr>
      <w:r>
        <w:t>☐ Friend ☐ Family ☐ Pastor ☐ Parole Officer ☐ Drug Court ☐ Other: ____________</w:t>
      </w:r>
    </w:p>
    <w:p>
      <w:pPr>
        <w:keepNext/>
        <w:keepLines/>
        <w:widowControl/>
      </w:pPr>
      <w:r>
        <w:rPr>
          <w:b/>
        </w:rPr>
        <w:t>Explain why you want to come to the GAP House and what you hope to achieve (Attach separate sheet if needed):</w:t>
      </w:r>
      <w:r/>
    </w:p>
    <w:p>
      <w:pPr>
        <w:keepNext/>
        <w:spacing w:after="60"/>
      </w:pPr>
      <w:r>
        <w:rPr>
          <w:color w:val="A1AAA8"/>
        </w:rPr>
        <w:t>________________________________________________________________________</w:t>
      </w:r>
    </w:p>
    <w:p>
      <w:pPr>
        <w:keepNext/>
        <w:spacing w:after="60"/>
      </w:pPr>
      <w:r>
        <w:rPr>
          <w:color w:val="A1AAA8"/>
        </w:rPr>
        <w:t>________________________________________________________________________</w:t>
      </w:r>
    </w:p>
    <w:p>
      <w:pPr>
        <w:keepNext w:val="0"/>
        <w:spacing w:after="60"/>
      </w:pPr>
      <w:r>
        <w:rPr>
          <w:color w:val="A1AAA8"/>
        </w:rPr>
        <w:t>________________________________________________________________________</w:t>
      </w:r>
    </w:p>
    <w:p>
      <w:pPr>
        <w:pStyle w:val="Heading2"/>
      </w:pPr>
      <w:r>
        <w:t>References</w:t>
      </w:r>
    </w:p>
    <w:p>
      <w:r>
        <w:t>3 required</w:t>
      </w:r>
    </w:p>
    <w:p>
      <w:pPr>
        <w:keepLines/>
        <w:widowControl/>
        <w:spacing w:after="240"/>
      </w:pPr>
      <w:r>
        <w:rPr>
          <w:b/>
        </w:rPr>
        <w:t>1. Name:</w:t>
      </w:r>
      <w:r>
        <w:t xml:space="preserve"> _______________________________ Relationship: ______________ Phone: ___________________</w:t>
      </w:r>
    </w:p>
    <w:p>
      <w:pPr>
        <w:keepLines/>
        <w:widowControl/>
        <w:spacing w:after="240"/>
      </w:pPr>
      <w:r>
        <w:rPr>
          <w:b/>
        </w:rPr>
        <w:t>2. Name:</w:t>
      </w:r>
      <w:r>
        <w:t xml:space="preserve"> _______________________________ Relationship: ______________ Phone: ___________________</w:t>
      </w:r>
    </w:p>
    <w:p>
      <w:pPr>
        <w:keepLines/>
        <w:widowControl/>
        <w:spacing w:after="240"/>
      </w:pPr>
      <w:r>
        <w:rPr>
          <w:b/>
        </w:rPr>
        <w:t>3. Name:</w:t>
      </w:r>
      <w:r>
        <w:t xml:space="preserve"> _______________________________ Relationship: ______________ Phone: ___________________</w:t>
      </w:r>
    </w:p>
    <w:p>
      <w:pPr>
        <w:spacing w:after="0"/>
      </w:pPr>
      <w:r>
        <w:br w:type="page"/>
      </w:r>
    </w:p>
    <w:p>
      <w:pPr>
        <w:pStyle w:val="Heading1"/>
      </w:pPr>
      <w:r>
        <w:t>Education Employment and Income</w:t>
      </w:r>
    </w:p>
    <w:p>
      <w:pPr>
        <w:keepLines/>
        <w:widowControl/>
      </w:pPr>
      <w:r>
        <w:t>☐ H.S. Diploma ☐ GED ☐ College ☐ Military</w:t>
      </w:r>
    </w:p>
    <w:p>
      <w:pPr>
        <w:keepLines/>
        <w:widowControl/>
      </w:pPr>
      <w:r>
        <w:rPr>
          <w:b/>
        </w:rPr>
        <w:t>Training / Skills:</w:t>
      </w:r>
      <w:r>
        <w:t xml:space="preserve"> __________________________  Employment Goals: ________________________</w:t>
      </w:r>
    </w:p>
    <w:p>
      <w:pPr>
        <w:keepLines/>
        <w:widowControl/>
      </w:pPr>
      <w:r>
        <w:t>Work Experience: __________________  Current Source of Income: ☐ Employment ☐ Unemployment ☐ Other: ____________  Total Monthly Income: $___________ Monthly Payments: $___________</w:t>
      </w:r>
    </w:p>
    <w:p>
      <w:pPr>
        <w:keepLines/>
        <w:widowControl/>
      </w:pPr>
      <w:r>
        <w:t>Do you currently have a bank account?  ☐ Yes ☐ No  If Yes, do you have access to your funds?</w:t>
      </w:r>
    </w:p>
    <w:p>
      <w:pPr>
        <w:keepLines/>
        <w:widowControl/>
      </w:pPr>
      <w:r>
        <w:t>If no, will you need assistance with setting up a budget and/or a bank account? ☐ Yes ☐ No</w:t>
      </w:r>
    </w:p>
    <w:p>
      <w:pPr>
        <w:pStyle w:val="Heading2"/>
      </w:pPr>
      <w:r>
        <w:t>Legal Records</w:t>
      </w:r>
    </w:p>
    <w:p>
      <w:r>
        <w:t>(Please note, we do not accept sex offenders)</w:t>
      </w:r>
    </w:p>
    <w:p>
      <w:pPr>
        <w:keepNext/>
        <w:keepLines/>
        <w:widowControl/>
      </w:pPr>
      <w:r>
        <w:rPr>
          <w:b/>
        </w:rPr>
        <w:t>List all arrests, charges, outcomes (attach sheet if needed):</w:t>
      </w:r>
      <w:r/>
    </w:p>
    <w:p>
      <w:pPr>
        <w:keepNext/>
        <w:spacing w:after="60"/>
      </w:pPr>
      <w:r>
        <w:rPr>
          <w:color w:val="A1AAA8"/>
        </w:rPr>
        <w:t>________________________________________________________________________</w:t>
      </w:r>
    </w:p>
    <w:p>
      <w:pPr>
        <w:keepNext/>
        <w:spacing w:after="60"/>
      </w:pPr>
      <w:r>
        <w:rPr>
          <w:color w:val="A1AAA8"/>
        </w:rPr>
        <w:t>________________________________________________________________________</w:t>
      </w:r>
    </w:p>
    <w:p>
      <w:pPr>
        <w:keepNext w:val="0"/>
        <w:spacing w:after="60"/>
      </w:pPr>
      <w:r>
        <w:rPr>
          <w:color w:val="A1AAA8"/>
        </w:rPr>
        <w:t>________________________________________________________________________</w:t>
      </w:r>
    </w:p>
    <w:p>
      <w:pPr>
        <w:keepLines/>
        <w:widowControl/>
      </w:pPr>
      <w:r>
        <w:rPr>
          <w:b/>
        </w:rPr>
        <w:t>Pending Charges? ☐ Yes ☐ No – If yes, explain:</w:t>
      </w:r>
      <w:r>
        <w:t xml:space="preserve"> _________________________________</w:t>
      </w:r>
    </w:p>
    <w:p>
      <w:pPr>
        <w:keepLines/>
        <w:widowControl/>
      </w:pPr>
      <w:r>
        <w:t>Are you on probation/parole/furlough? ☐ Yes ☐ No – How long? _______</w:t>
      </w:r>
    </w:p>
    <w:p>
      <w:pPr>
        <w:keepLines/>
        <w:widowControl/>
      </w:pPr>
      <w:r>
        <w:rPr>
          <w:b/>
        </w:rPr>
        <w:t>Parole/Probation Officer:</w:t>
      </w:r>
      <w:r>
        <w:t xml:space="preserve"> _____________________ Phone: ______________________</w:t>
      </w:r>
    </w:p>
    <w:p>
      <w:pPr>
        <w:keepLines/>
        <w:widowControl/>
      </w:pPr>
      <w:r>
        <w:rPr>
          <w:b/>
        </w:rPr>
        <w:t>Attorney Name:</w:t>
      </w:r>
      <w:r>
        <w:t xml:space="preserve"> ____________________________ Phone: ______________________</w:t>
      </w:r>
    </w:p>
    <w:p>
      <w:pPr>
        <w:keepLines/>
        <w:widowControl/>
      </w:pPr>
      <w:r>
        <w:rPr>
          <w:b/>
        </w:rPr>
        <w:t>Involved in domestic violence situation? ☐ Yes ☐ No – Explain:</w:t>
      </w:r>
      <w:r>
        <w:t xml:space="preserve"> __________________</w:t>
      </w:r>
    </w:p>
    <w:p>
      <w:pPr>
        <w:keepLines/>
        <w:widowControl/>
      </w:pPr>
      <w:r>
        <w:rPr>
          <w:b/>
        </w:rPr>
        <w:t>Order of Protection Against You in MO? ☐ Yes ☐ No – Explain:</w:t>
      </w:r>
      <w:r>
        <w:t xml:space="preserve"> _________________</w:t>
      </w:r>
    </w:p>
    <w:p>
      <w:pPr>
        <w:spacing w:after="0"/>
      </w:pPr>
      <w:r>
        <w:br w:type="page"/>
      </w:r>
    </w:p>
    <w:p>
      <w:pPr>
        <w:pStyle w:val="Heading1"/>
      </w:pPr>
      <w:r>
        <w:t>Medical History</w:t>
      </w:r>
    </w:p>
    <w:p>
      <w:pPr>
        <w:keepLines/>
        <w:widowControl/>
      </w:pPr>
      <w:r>
        <w:rPr>
          <w:b/>
        </w:rPr>
        <w:t>Doctor’s Care in last year? ☐ Yes ☐ No – Duration/Reason:</w:t>
      </w:r>
      <w:r>
        <w:t xml:space="preserve"> _____________________</w:t>
      </w:r>
    </w:p>
    <w:p>
      <w:pPr>
        <w:keepLines/>
        <w:widowControl/>
      </w:pPr>
      <w:r>
        <w:rPr>
          <w:b/>
        </w:rPr>
        <w:t>Medications (name/dosage):</w:t>
      </w:r>
      <w:r>
        <w:t xml:space="preserve"> ________________________________________________</w:t>
      </w:r>
    </w:p>
    <w:p>
      <w:pPr>
        <w:keepLines/>
        <w:widowControl/>
      </w:pPr>
      <w:r>
        <w:rPr>
          <w:b/>
        </w:rPr>
        <w:t>Any disabilities, braces, service dog, etc.? ☐ Yes ☐ No – Explain:</w:t>
      </w:r>
      <w:r>
        <w:t xml:space="preserve"> _______________</w:t>
      </w:r>
    </w:p>
    <w:p>
      <w:pPr>
        <w:keepLines/>
        <w:widowControl/>
      </w:pPr>
      <w:r>
        <w:rPr>
          <w:b/>
        </w:rPr>
        <w:t>Heart disease/high BP? ☐ Yes ☐ No – Current treatment:</w:t>
      </w:r>
      <w:r>
        <w:t xml:space="preserve"> _______________________</w:t>
      </w:r>
    </w:p>
    <w:p>
      <w:pPr>
        <w:keepLines/>
        <w:widowControl/>
      </w:pPr>
      <w:r>
        <w:rPr>
          <w:b/>
        </w:rPr>
        <w:t>STDs? ☐ Yes ☐ No – Type &amp; treatment:</w:t>
      </w:r>
      <w:r>
        <w:t xml:space="preserve"> _____________________________________</w:t>
      </w:r>
    </w:p>
    <w:p>
      <w:pPr>
        <w:keepLines/>
        <w:widowControl/>
      </w:pPr>
      <w:r>
        <w:rPr>
          <w:b/>
        </w:rPr>
        <w:t>Last Physical Checkup Date:</w:t>
      </w:r>
      <w:r>
        <w:t xml:space="preserve"> __________ Doctor: ______________________________</w:t>
      </w:r>
    </w:p>
    <w:p>
      <w:pPr>
        <w:keepLines/>
        <w:widowControl/>
      </w:pPr>
      <w:r>
        <w:rPr>
          <w:b/>
        </w:rPr>
        <w:t>Counseling for emotional/psych issues? ☐ Yes ☐ No – Details:</w:t>
      </w:r>
      <w:r>
        <w:t xml:space="preserve"> _________________</w:t>
      </w:r>
    </w:p>
    <w:p>
      <w:pPr>
        <w:keepLines/>
        <w:widowControl/>
      </w:pPr>
      <w:r>
        <w:rPr>
          <w:b/>
        </w:rPr>
        <w:t>Ever hospitalized for drug/alcohol abuse? ☐ Yes ☐ No – When/Where:</w:t>
      </w:r>
      <w:r>
        <w:t xml:space="preserve"> ___________</w:t>
      </w:r>
    </w:p>
    <w:p>
      <w:pPr>
        <w:keepLines/>
        <w:widowControl/>
      </w:pPr>
      <w:r>
        <w:t>Treated for: ☐ Bipolar ☐ PTSD ☐ Depression ☐ Anger ☐ Schizophrenia ☐ Suicide ☐ Borderline Personality Disorder ☐ Other: _____________</w:t>
      </w:r>
    </w:p>
    <w:p>
      <w:pPr>
        <w:keepLines/>
        <w:widowControl/>
      </w:pPr>
      <w:r>
        <w:rPr>
          <w:b/>
        </w:rPr>
        <w:t>Current Counselor/Psychiatrist:</w:t>
      </w:r>
      <w:r>
        <w:t xml:space="preserve"> Name: ____________ Phone: ____________</w:t>
      </w:r>
    </w:p>
    <w:p>
      <w:pPr>
        <w:keepLines/>
        <w:widowControl/>
      </w:pPr>
      <w:r>
        <w:rPr>
          <w:b/>
        </w:rPr>
        <w:t>Current Treatment/Medications:</w:t>
      </w:r>
      <w:r>
        <w:t xml:space="preserve"> ___________________________________________</w:t>
      </w:r>
    </w:p>
    <w:p>
      <w:pPr>
        <w:keepLines/>
        <w:widowControl/>
      </w:pPr>
      <w:r>
        <w:t>How would you describe your current mental state? ____________________________</w:t>
      </w:r>
    </w:p>
    <w:p>
      <w:pPr>
        <w:spacing w:after="0"/>
      </w:pPr>
      <w:r>
        <w:br w:type="page"/>
      </w:r>
    </w:p>
    <w:p>
      <w:pPr>
        <w:pStyle w:val="Heading1"/>
      </w:pPr>
      <w:r>
        <w:t>Addiction History</w:t>
      </w:r>
    </w:p>
    <w:p>
      <w:r>
        <w:t>(if not applicable please enter N/A)</w:t>
      </w:r>
    </w:p>
    <w:p>
      <w:pPr>
        <w:keepNext/>
        <w:keepLines/>
        <w:widowControl/>
      </w:pPr>
      <w:r>
        <w:rPr>
          <w:b/>
        </w:rPr>
        <w:t>List all drugs used, years used, and circle most heavily used:</w:t>
      </w:r>
      <w:r/>
    </w:p>
    <w:p>
      <w:pPr>
        <w:keepNext/>
        <w:spacing w:after="60"/>
      </w:pPr>
      <w:r>
        <w:rPr>
          <w:color w:val="A1AAA8"/>
        </w:rPr>
        <w:t>________________________________________________________________________</w:t>
      </w:r>
    </w:p>
    <w:p>
      <w:pPr>
        <w:keepNext w:val="0"/>
        <w:spacing w:after="60"/>
      </w:pPr>
      <w:r>
        <w:rPr>
          <w:color w:val="A1AAA8"/>
        </w:rPr>
        <w:t>________________________________________________________________________</w:t>
      </w:r>
    </w:p>
    <w:p>
      <w:pPr>
        <w:keepLines/>
        <w:widowControl/>
      </w:pPr>
      <w:r>
        <w:t>Tobacco Use? ☐ Yes ☐ No – How Long? __________</w:t>
      </w:r>
    </w:p>
    <w:p>
      <w:pPr>
        <w:keepLines/>
        <w:widowControl/>
      </w:pPr>
      <w:r>
        <w:rPr>
          <w:b/>
        </w:rPr>
        <w:t>First Drug Abused:</w:t>
      </w:r>
      <w:r>
        <w:t xml:space="preserve"> ______________</w:t>
      </w:r>
    </w:p>
    <w:p>
      <w:pPr>
        <w:pStyle w:val="Heading2"/>
      </w:pPr>
      <w:r>
        <w:t>Drug Use History</w:t>
      </w:r>
    </w:p>
    <w:p>
      <w:pPr>
        <w:keepLines/>
        <w:widowControl/>
      </w:pPr>
      <w:r>
        <w:t>• Meth ☐Y ☐N | Last use: ______</w:t>
      </w:r>
    </w:p>
    <w:p>
      <w:pPr>
        <w:keepLines/>
        <w:widowControl/>
      </w:pPr>
      <w:r>
        <w:t>• Marijuana ☐Y ☐N | Last use: ______</w:t>
      </w:r>
    </w:p>
    <w:p>
      <w:pPr>
        <w:keepLines/>
        <w:widowControl/>
      </w:pPr>
      <w:r>
        <w:t>• Alcohol ☐Y ☐N | Last use: ______</w:t>
      </w:r>
    </w:p>
    <w:p>
      <w:pPr>
        <w:keepLines/>
        <w:widowControl/>
      </w:pPr>
      <w:r>
        <w:t>• Cocaine ☐Y ☐N | Last use: ______</w:t>
      </w:r>
    </w:p>
    <w:p>
      <w:pPr>
        <w:keepLines/>
        <w:widowControl/>
      </w:pPr>
      <w:r>
        <w:t>• Heroin/Opiates ☐Y ☐N | Last use: ______</w:t>
      </w:r>
    </w:p>
    <w:p>
      <w:pPr>
        <w:keepLines/>
        <w:widowControl/>
      </w:pPr>
      <w:r>
        <w:t>• Hallucinogens ☐Y ☐N | Last use: ______</w:t>
      </w:r>
    </w:p>
    <w:p>
      <w:pPr>
        <w:keepLines/>
        <w:widowControl/>
      </w:pPr>
      <w:r>
        <w:t>• Inhalants ☐Y ☐N | Last use: ______</w:t>
      </w:r>
    </w:p>
    <w:p>
      <w:pPr>
        <w:keepLines/>
        <w:widowControl/>
      </w:pPr>
      <w:r>
        <w:t>• Prescription Drugs ☐Y ☐N – What kind? __________ Last use: ______</w:t>
      </w:r>
    </w:p>
    <w:p>
      <w:pPr>
        <w:keepLines/>
        <w:widowControl/>
      </w:pPr>
      <w:r>
        <w:rPr>
          <w:b/>
        </w:rPr>
        <w:t>Drug(s) of Choice:</w:t>
      </w:r>
      <w:r>
        <w:t xml:space="preserve"> ____________________________</w:t>
      </w:r>
    </w:p>
    <w:p>
      <w:pPr>
        <w:pStyle w:val="Heading2"/>
      </w:pPr>
      <w:r>
        <w:t>Treatment History</w:t>
      </w:r>
    </w:p>
    <w:p>
      <w:pPr>
        <w:keepLines/>
        <w:widowControl/>
      </w:pPr>
      <w:r>
        <w:t>Have you been in a program before?</w:t>
      </w:r>
    </w:p>
    <w:p>
      <w:pPr>
        <w:keepLines/>
        <w:widowControl/>
      </w:pPr>
      <w:r>
        <w:t>• ☐ Inpatient ☐ Outpatient</w:t>
      </w:r>
    </w:p>
    <w:p>
      <w:pPr>
        <w:keepLines/>
        <w:widowControl/>
      </w:pPr>
      <w:r>
        <w:rPr>
          <w:b/>
        </w:rPr>
        <w:t>• Where:</w:t>
      </w:r>
      <w:r>
        <w:t xml:space="preserve"> ___________ Complete? ☐ Yes ☐ No</w:t>
      </w:r>
    </w:p>
    <w:p>
      <w:pPr>
        <w:keepLines/>
        <w:widowControl/>
      </w:pPr>
      <w:r>
        <w:rPr>
          <w:b/>
        </w:rPr>
        <w:t>• Length/Date:</w:t>
      </w:r>
      <w:r>
        <w:t xml:space="preserve"> ___________________</w:t>
      </w:r>
    </w:p>
    <w:p>
      <w:pPr>
        <w:spacing w:after="0"/>
      </w:pPr>
      <w:r>
        <w:br w:type="page"/>
      </w:r>
    </w:p>
    <w:p>
      <w:pPr>
        <w:pStyle w:val="Heading1"/>
      </w:pPr>
      <w:r>
        <w:t>Lifestyle</w:t>
      </w:r>
    </w:p>
    <w:p>
      <w:pPr>
        <w:keepLines/>
        <w:widowControl/>
      </w:pPr>
      <w:r>
        <w:t>Ever involved in homosexuality? ☐ Yes ☐ No</w:t>
      </w:r>
    </w:p>
    <w:p>
      <w:pPr>
        <w:keepLines/>
        <w:widowControl/>
      </w:pPr>
      <w:r>
        <w:rPr>
          <w:b/>
        </w:rPr>
        <w:t>Ever practiced witchcraft/occult? ☐ Yes ☐ No – Explain:</w:t>
      </w:r>
      <w:r>
        <w:t xml:space="preserve"> _______________________</w:t>
      </w:r>
    </w:p>
    <w:p>
      <w:pPr>
        <w:pStyle w:val="Heading2"/>
      </w:pPr>
      <w:r>
        <w:t>Faith and Spiritual Life</w:t>
      </w:r>
    </w:p>
    <w:p>
      <w:pPr>
        <w:keepLines/>
        <w:widowControl/>
      </w:pPr>
      <w:r>
        <w:t>Have you had a conversion experience with Jesus Christ? ☐ Yes ☐ No</w:t>
      </w:r>
    </w:p>
    <w:p>
      <w:pPr>
        <w:keepLines/>
        <w:widowControl/>
      </w:pPr>
      <w:r>
        <w:rPr>
          <w:b/>
        </w:rPr>
        <w:t>Explain:</w:t>
      </w:r>
      <w:r>
        <w:t xml:space="preserve"> _________________________________________________________________</w:t>
      </w:r>
    </w:p>
    <w:p>
      <w:pPr>
        <w:keepLines/>
        <w:widowControl/>
      </w:pPr>
      <w:r>
        <w:rPr>
          <w:b/>
        </w:rPr>
        <w:t>Church attended most:</w:t>
      </w:r>
      <w:r>
        <w:t xml:space="preserve"> _______________________ How long? ___________</w:t>
      </w:r>
    </w:p>
    <w:p>
      <w:pPr>
        <w:pStyle w:val="Heading2"/>
      </w:pPr>
      <w:r>
        <w:t>Current Situations</w:t>
      </w:r>
    </w:p>
    <w:p>
      <w:pPr>
        <w:keepLines/>
        <w:widowControl/>
      </w:pPr>
      <w:r>
        <w:t>Can you pay the $100 intake fee? ☐ Yes ☐ No</w:t>
      </w:r>
    </w:p>
    <w:p>
      <w:pPr>
        <w:keepLines/>
        <w:widowControl/>
      </w:pPr>
      <w:r>
        <w:t>Are you in any romantic or emotional relationship? ☐ Yes ☐ No</w:t>
      </w:r>
    </w:p>
    <w:p>
      <w:pPr>
        <w:keepLines/>
        <w:widowControl/>
      </w:pPr>
      <w:r>
        <w:rPr>
          <w:b/>
        </w:rPr>
        <w:t>If yes, explain:</w:t>
      </w:r>
      <w:r>
        <w:t xml:space="preserve"> __________________________________________________________</w:t>
      </w:r>
    </w:p>
    <w:p>
      <w:pPr>
        <w:keepLines/>
        <w:widowControl/>
      </w:pPr>
      <w:r>
        <w:rPr>
          <w:b/>
        </w:rPr>
        <w:t>Note:</w:t>
      </w:r>
      <w:r>
        <w:t xml:space="preserve"> Emotional/romantic relationships are discouraged while in the GAP House program.</w:t>
      </w:r>
    </w:p>
    <w:p>
      <w:pPr>
        <w:pStyle w:val="Heading2"/>
      </w:pPr>
      <w:r>
        <w:t>Common Life Concerns</w:t>
      </w:r>
    </w:p>
    <w:p>
      <w:pPr>
        <w:keepLines/>
        <w:widowControl/>
      </w:pPr>
      <w:r>
        <w:t>(0 = none, 1 = mild, 2 = moderate, 3 = severe)</w:t>
      </w:r>
    </w:p>
    <w:p>
      <w:pPr>
        <w:keepLines/>
        <w:widowControl/>
      </w:pPr>
      <w:r>
        <w:t>___ marriage ___ divorce ___ alcohol ___ weight control ___ work</w:t>
      </w:r>
    </w:p>
    <w:p>
      <w:pPr>
        <w:keepLines/>
        <w:widowControl/>
      </w:pPr>
      <w:r>
        <w:t>___ family ___ sexual ___ singleness ___ depression ___ grief/loss</w:t>
      </w:r>
    </w:p>
    <w:p>
      <w:pPr>
        <w:keepLines/>
        <w:widowControl/>
      </w:pPr>
      <w:r>
        <w:t>___ anxiety ___ past hurts ___ mood swings ___ drugs ___ children</w:t>
      </w:r>
    </w:p>
    <w:p>
      <w:pPr>
        <w:keepLines/>
        <w:widowControl/>
      </w:pPr>
      <w:r>
        <w:t>___ intimacy ___ stress ___ self-esteem ___ anger ___ housing</w:t>
      </w:r>
    </w:p>
    <w:p>
      <w:pPr>
        <w:keepLines/>
        <w:widowControl/>
      </w:pPr>
      <w:r>
        <w:t>___ abuse ___ other addictions ___ other: _______________________</w:t>
      </w:r>
    </w:p>
    <w:p>
      <w:pPr>
        <w:keepNext/>
        <w:keepLines/>
        <w:widowControl/>
      </w:pPr>
      <w:r>
        <w:rPr>
          <w:b/>
        </w:rPr>
        <w:t>Your current plan to address these concerns:</w:t>
      </w:r>
      <w:r/>
    </w:p>
    <w:p>
      <w:pPr>
        <w:keepNext/>
        <w:spacing w:after="60"/>
      </w:pPr>
      <w:r>
        <w:rPr>
          <w:color w:val="A1AAA8"/>
        </w:rPr>
        <w:t>________________________________________________________________________</w:t>
      </w:r>
    </w:p>
    <w:p>
      <w:pPr>
        <w:keepNext/>
        <w:spacing w:after="60"/>
      </w:pPr>
      <w:r>
        <w:rPr>
          <w:color w:val="A1AAA8"/>
        </w:rPr>
        <w:t>________________________________________________________________________</w:t>
      </w:r>
    </w:p>
    <w:p>
      <w:pPr>
        <w:keepNext w:val="0"/>
        <w:spacing w:after="60"/>
      </w:pPr>
      <w:r>
        <w:rPr>
          <w:color w:val="A1AAA8"/>
        </w:rPr>
        <w:t>________________________________________________________________________</w:t>
      </w:r>
    </w:p>
    <w:p>
      <w:pPr>
        <w:spacing w:after="0"/>
      </w:pPr>
      <w:r>
        <w:br w:type="page"/>
      </w:r>
    </w:p>
    <w:p>
      <w:pPr>
        <w:pStyle w:val="Heading1"/>
      </w:pPr>
      <w:r>
        <w:t>Covenant and Release of Information Agreement</w:t>
      </w:r>
    </w:p>
    <w:p>
      <w:pPr>
        <w:keepLines/>
        <w:widowControl/>
        <w:spacing w:line="324" w:lineRule="auto" w:after="280"/>
      </w:pPr>
      <w:r>
        <w:t>I, ________________________, agree to abide by all policies and requests, written or verbal, of Grace and Purpose Home (The GAP House) and its staff. I agree to random drug screens whenever requested. I release all information for the express use of GAP House, its staff, and any other affiliates, organizations, or institutions deemed necessary. I understand this is a 1-year discipleship and accountability program, and I commit to complete it. I release GAP House and its staff from liability for accidents or injuries. I certify all information is true and understand that false statements may result in my release.</w:t>
      </w:r>
    </w:p>
    <w:p>
      <w:pPr>
        <w:keepLines/>
        <w:widowControl/>
      </w:pPr>
      <w:r>
        <w:rPr>
          <w:b/>
        </w:rPr>
        <w:t>Applicant’s Signature:</w:t>
      </w:r>
      <w:r>
        <w:t xml:space="preserve"> ____________________________</w:t>
      </w:r>
    </w:p>
    <w:p>
      <w:pPr>
        <w:keepLines/>
        <w:widowControl/>
      </w:pPr>
      <w:r>
        <w:rPr>
          <w:b/>
        </w:rPr>
        <w:t>Date:</w:t>
      </w:r>
      <w:r>
        <w:t xml:space="preserve"> ___________________</w:t>
      </w:r>
    </w:p>
    <w:p>
      <w:pPr>
        <w:pStyle w:val="Heading2"/>
      </w:pPr>
      <w:r>
        <w:t>Send Applications To</w:t>
      </w:r>
    </w:p>
    <w:p>
      <w:pPr>
        <w:keepLines/>
        <w:widowControl/>
      </w:pPr>
      <w:r>
        <w:t>Grace and Purpose Home (GAP House)</w:t>
      </w:r>
    </w:p>
    <w:p>
      <w:pPr>
        <w:keepLines/>
        <w:widowControl/>
      </w:pPr>
      <w:r>
        <w:rPr>
          <w:b/>
        </w:rPr>
        <w:t>Mailing Address:</w:t>
      </w:r>
      <w:r>
        <w:t xml:space="preserve"> 800 Cherry Street, Chillicothe, MO 64601</w:t>
      </w:r>
    </w:p>
    <w:p>
      <w:pPr>
        <w:keepLines/>
        <w:widowControl/>
      </w:pPr>
      <w:r>
        <w:rPr>
          <w:b/>
        </w:rPr>
        <w:t>Phone:</w:t>
      </w:r>
      <w:r>
        <w:t xml:space="preserve"> (660) 800-5567</w:t>
      </w:r>
    </w:p>
    <w:p>
      <w:pPr>
        <w:keepLines/>
        <w:widowControl/>
      </w:pPr>
      <w:r>
        <w:rPr>
          <w:b/>
        </w:rPr>
        <w:t>Email:</w:t>
      </w:r>
      <w:r>
        <w:t xml:space="preserve"> graceandpurposehome@gmail.com</w:t>
      </w:r>
    </w:p>
    <w:p>
      <w:pPr>
        <w:keepLines/>
        <w:widowControl/>
      </w:pPr>
      <w:r>
        <w:t>Please understand that responses may take time. Applications are reviewed on a first-come, first-serve basis. We are praying for your next step of obedience.</w:t>
      </w:r>
    </w:p>
    <w:sectPr w:rsidR="00FC693F" w:rsidRPr="0006063C" w:rsidSect="00034616">
      <w:headerReference w:type="default" r:id="rId9"/>
      <w:footerReference w:type="default" r:id="rId10"/>
      <w:pgSz w:w="12240" w:h="15840"/>
      <w:pgMar w:top="1008" w:right="1008" w:bottom="936" w:left="1008" w:header="432" w:footer="432"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right"/>
    </w:pPr>
    <w:r>
      <w:rPr>
        <w:sz w:val="16"/>
      </w:rPr>
      <w:t xml:space="preserve">Entrance application  |  </w:t>
    </w:r>
    <w:fldSimple w:instr="PAGE"/>
  </w:p>
</w:ftr>
</file>

<file path=word/header1.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r>
      <w:rPr>
        <w:b/>
        <w:color w:val="49616A"/>
        <w:sz w:val="16"/>
      </w:rPr>
      <w:t>GAP HOUSE  /  GRACE AND PURPOSE HOME</w:t>
    </w: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271" w:lineRule="auto" w:after="140"/>
    </w:pPr>
    <w:rPr>
      <w:rFonts w:ascii="DejaVu Sans" w:hAnsi="DejaVu Sans"/>
      <w:color w:val="233841"/>
      <w:sz w:val="20"/>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widowControl/>
      <w:spacing w:before="0" w:after="240" w:line="259" w:lineRule="auto"/>
      <w:outlineLvl w:val="0"/>
    </w:pPr>
    <w:rPr>
      <w:rFonts w:asciiTheme="majorHAnsi" w:eastAsiaTheme="majorEastAsia" w:hAnsiTheme="majorHAnsi" w:cstheme="majorBidi" w:ascii="DejaVu Sans" w:hAnsi="DejaVu Sans"/>
      <w:b/>
      <w:bCs/>
      <w:color w:val="1F3A44"/>
      <w:sz w:val="38"/>
      <w:szCs w:val="28"/>
    </w:rPr>
  </w:style>
  <w:style w:type="paragraph" w:styleId="Heading2">
    <w:name w:val="heading 2"/>
    <w:basedOn w:val="Normal"/>
    <w:next w:val="Normal"/>
    <w:link w:val="Heading2Char"/>
    <w:uiPriority w:val="9"/>
    <w:unhideWhenUsed/>
    <w:qFormat/>
    <w:rsid w:val="00FC693F"/>
    <w:pPr>
      <w:keepNext/>
      <w:keepLines/>
      <w:widowControl/>
      <w:spacing w:before="240" w:after="140" w:line="259" w:lineRule="auto"/>
      <w:outlineLvl w:val="1"/>
    </w:pPr>
    <w:rPr>
      <w:rFonts w:asciiTheme="majorHAnsi" w:eastAsiaTheme="majorEastAsia" w:hAnsiTheme="majorHAnsi" w:cstheme="majorBidi" w:ascii="DejaVu Sans" w:hAnsi="DejaVu Sans"/>
      <w:b/>
      <w:bCs/>
      <w:color w:val="1F3A44"/>
      <w:sz w:val="24"/>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keepNext/>
      <w:widowControl/>
      <w:spacing w:after="140" w:line="259" w:lineRule="auto" w:before="0"/>
      <w:contextualSpacing/>
    </w:pPr>
    <w:rPr>
      <w:rFonts w:asciiTheme="majorHAnsi" w:eastAsiaTheme="majorEastAsia" w:hAnsiTheme="majorHAnsi" w:cstheme="majorBidi" w:ascii="DejaVu Sans" w:hAnsi="DejaVu Sans"/>
      <w:b/>
      <w:color w:val="000000"/>
      <w:spacing w:val="5"/>
      <w:kern w:val="28"/>
      <w:sz w:val="50"/>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ascii="DejaVu Sans" w:hAnsi="DejaVu Sans"/>
      <w:i w:val="0"/>
      <w:iCs/>
      <w:color w:val="49616A"/>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eader" Target="header1.xml"/><Relationship Id="rId10"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Grace and Purpose Home Entrance Application</dc:title>
  <dc:subject>Entrance application</dc:subject>
  <dc:creator>Grace and Purpose Home</dc:creator>
  <cp:keywords/>
  <dc:description>generated by python-docx</dc:description>
  <cp:lastModifiedBy/>
  <cp:revision>1</cp:revision>
  <dcterms:created xsi:type="dcterms:W3CDTF">2013-12-23T23:15:00Z</dcterms:created>
  <dcterms:modified xsi:type="dcterms:W3CDTF">2013-12-23T23:15:00Z</dcterms:modified>
  <cp:category/>
</cp:coreProperties>
</file>